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דמויותיו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האמצעים האמנותיים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 ההתבוללות ומוטיב האכילה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יוצא ליער לקרוא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אכלה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דוקרת את עצמה בסכין שמכר לה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יוצא שוב לדרכו עם קופתו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על ידי מספר כל־יודע בגוף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הסיפור, במקביל להתרחקותו מיהדותו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מפסיק לעבוד ולשמור מצוות ומתרחק מזהותו הדתית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ברגע ההתקפה בשיא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בניתוח הדמות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אינו מצליח לקבור אותה בשל האדמה הקפואה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(הסיפור נפתח ומסתיים ביוסף יוצא ליער עם קופתו)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(הקורא יודע יותר ממה שיוסף יודע)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הפיתוי והשליטה של האדונית ביוסף)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(דימוי הסכין המקשר למבטה של האדונית ולסכנה הצפויה)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(התרחקות הדרגתית של יוסף מזהותו היהודית)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 פוגש את האדונית ומוכר לה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האדונית מרשה ליוסף ללון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יוסף עובר בהדרגה מהרפת אל הבית וחדר השינה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יוסף חולם חלום שבו הוא נאכל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יוסף יוצא ליער בלילה לקרוא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האדונית פוצעת את עצמה ומתה, ויוסף יוצא שוב לדרכו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לאכילת מאכלי נוכרים, לשחיטה הלא כשרה ולשינוי בתגובתו של יוסף לאורך הסיפור, שמעיד על התרחקות הדרגתית מהלכה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להתייחס לכך שיוסף חוזר למצב ההתחלתי (יציאה ליער עם הקופה), מה שמרמז על נדודים מתמשכים גם אחרי שניצל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להתייחס לתמימותו וחולשת אופיו מול הפיתוי של האדונית, ולתת נימוק מבוסס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שתזכיר את הפיתוי, הנוחות והמזון שמציעה האדונית ואת ויתורו ההדרגתי על מצוות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המבנה המעגלי, וקישור בין יציאתו וחזרתו ליער לבין מצב היהודי הנודד בגולה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קריאת שמע ביער כרגע שמחזיר אותו לזהותו ומצילו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קטעים נבחרים מהסיפור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מוטיב האכילה למוטיב ההתבוללות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לבסס את עמדתם על ציטוטים קצרים מהסיכום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של עגנון על יהודי בשם יוסף שמוכר סחורה. הוא מגיע לבית של אישה נוכרייה ביער. קוראים בדף על מה שקורה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שמוכר סחורה ונודד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אדונית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בעלת מעמד גבוה, כאן נוכרייה החיה ביער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מעגלי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כשהסיפור מסתיים כמו שהוא מתחיל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 דרמטית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הקורא יודע דבר שהדמות עצמה אינה 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התרחקות של יהודי מזהותו הדתית והתרבותית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מבע משולב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כשקול המספר וקול הדמות מתערבבים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מוקדם לדבר שיקרה בהמשך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קריאת שמע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תפילה יהודית מרכזית הנאמרת ערב ובוקר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יוסף נותן לאדונית כשהם נפגשים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לשמלה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סכין 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תכשיט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יוסף ישן בלילה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השינה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ומציל את יוסף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בורח עם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השוטרים מגיעים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יוצא ליער לקרוא קריאת 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האדונית מתחרטת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האדונית אומרת בצחוק שעשתה לבעליה?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גירשה אותם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שרפה את ביתם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האדונית פוצעת את עצמה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נופלת מהמדרגות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דוקרת את עצמה בסכין שמכר לה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נשרפת באש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נחתכת מזכוכית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יוסף עושה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מתחתן עם האדונית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לגור בבית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יוצא שוב לדרכו עם קופתו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חוזר למשפחתו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ראשון מפי יוסף.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הלינה של יוסף מתקדם בהדרגה מהרפת אל חדר השינה.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ממשיך לשמור מצוות באדיקות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נושכת את צווארו של יוסף אך דמו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שמה של האדונית, הילני, רומז להלניזם ולהלנה.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קובר את האדונית באדמה בסוף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יוסף הוא רוכל יהודי הנודד ביער עם __________ סחורה על גבו.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האדונית הנוכרייה נקראת בשמה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המצווה היחידה שיוסף ממשיך לקיים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בנוי במבנה __________, שבו הרוכל יוצא מן היער וחוזר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מוטיב מרכזי בסיפור הוא מוטיב ה__________, המשמש ככלי פיתוי ושליטה.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הביטוי 'כל המרבה לשאול מעמיק לו __________' הוא משחק מילים עגנוני.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התרחקות הדרגתית של יוסף מזהותו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אירוניה דרמטית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הסיפור נפתח ומסתיים ביוסף יוצא ליער עם קופתו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 האכילה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דימוי הסכין המקשר למבטה של האדונית ולסכנה הצפויה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הפיתוי והשליטה של האדונית ביוסף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הקורא יודע יותר ממה שיוסף יודע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עובר בהדרגה מהרפת אל הבית וחדר השינה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פוצעת את עצמה ומתה, ויוסף יוצא שוב לדרכו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יוצא ליער בלילה לקרוא קריאת 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פוגש את האדונית ומוכר לה סכין ציידים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מרשה ליוסף ללון ברפת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חולם חלום שבו הוא נאכל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מוטיב האכילה מבטא את ההידרדרות הדתית של יוסף במהלך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המבנה המעגלי של הסיפור משקף את מצבו של היהודי בגולה.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הביעו עמדה: האם לדעתכם יוסף אשם במצב שאליו נקלע, או שהוא קורבן נסיבות?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ליוסף להתרחק בהדרגה מזהותו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אמצעי אמנותי בולט במבנה הסיפור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מציל את יוסף ברגע המכריע, ומדוע זה משמעותי?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"האדונית והרוכל" מאת ש"י עגנון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