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"האדונית והרוכל" מאת ש"י עגנון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ואת דמויותיו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המעגלי ואת האמצעים האמנותיים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נושא ההתבוללות ומוטיב האכילה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סכין ציידים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אכלה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מסופר על ידי מספר כל־יודע בגוף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במבנה הסיפור, במקביל להתרחקותו מיהדותו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ברגע ההתקפה בשיא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קריאת שמע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(הסיפור נפתח ומסתיים ביוסף יוצא ליער עם קופתו)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(הקורא יודע יותר ממה שיוסף יודע)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הפיתוי והשליטה של האדונית ביוסף)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(דימוי הסכין המקשר למבטה של האדונית ולסכנה הצפויה)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יוסף פוגש את האדונית ומוכר לה סכין ציידים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האדונית מרשה ליוסף ללון ברפת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יוסף עובר בהדרגה מהרפת אל הבית וחדר השינה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יוסף חולם חלום שבו הוא נאכל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להתייחס לאכילת מאכלי נוכרים, לשחיטה הלא כשרה ולשינוי בתגובתו של יוסף לאורך הסיפור, שמעיד על התרחקות הדרגתית מהלכה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להתייחס לתמימותו וחולשת אופיו מול הפיתוי של האדונית, ולתת נימוק מבוסס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שתזכיר את הפיתוי, הנוחות והמזון שמציעה האדונית ואת ויתורו ההדרגתי על מצוות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המבנה המעגלי, וקישור בין יציאתו וחזרתו ליער לבין מצב היהודי הנודד בגולה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קריאת שמע ביער כרגע שמחזיר אותו לזהותו ומצילו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בכיתה קטעים נבחרים מהסיפור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מוטיב האכילה למוטיב ההתבוללות בדיון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לבסס את עמדתם על ציטוטים קצרים מהסיכום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"האדונית והרוכל" מאת ש"י עגנון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"האדונית והרוכל" הוא סיפור קצר מאת ש"י עגנון על רוכל יהודי הנקלע לביתה של אדונית נוכרייה ביער. הדף יעזור לכם לתרגל את עלילת הסיפור, דמויותיו, מבנהו והאמצעים האמנותיים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קופת  ·  קריאת שמע  ·  הילני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יוסף מוכר לאדונית בפגישתם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 לשמלה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סכין 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תכשיט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האדונית מרשה ליוסף ללון בלילה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בחדר השינה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האדונית מתבדחת שעשתה לבעליה הקודמים?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גירשה אותם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אכלה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מכרה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מסופר בגוף ראשון מפי יוסף.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מקום הלינה של יוסף מתקדם בהדרגה מהרפת אל חדר השינה.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האדונית נושכת את צווארו של יוסף אך דמו 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יוסף הוא רוכל יהודי הנודד ביער עם __________ סחורה על גבו.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האדונית הנוכרייה נקראת בשמה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המצווה היחידה שיוסף ממשיך לקיים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מבנה מעגלי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הפיתוי והשליטה של האדונית ביוסף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אירוניה דרמטית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דימוי הסכין המקשר למבטה של האדונית ולסכנה הצפויה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מוטיב האכילה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הקורא יודע יותר ממה שיוסף יודע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הטרמה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הסיפור נפתח ומסתיים ביוסף יוצא ליער עם קופתו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יוסף חולם חלום שבו הוא נאכל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יוסף פוגש את האדונית ומוכר לה סכין ציידים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האדונית מרשה ליוסף ללון ברפת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יוסף עובר בהדרגה מהרפת אל הבית וחדר השינה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מוטיב האכילה מבטא את ההידרדרות הדתית של יוסף במהלך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הביעו עמדה: האם לדעתכם יוסף אשם במצב שאליו נקלע, או שהוא קורבן נסיבות?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גורם ליוסף להתרחק בהדרגה מזהותו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אמצעי אמנותי בולט במבנה הסיפור ומה הוא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"האדונית והרוכל" מאת ש"י עגנון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